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1D5" w:rsidRDefault="00FA4140">
      <w:pPr>
        <w:jc w:val="center"/>
        <w:rPr>
          <w:rFonts w:ascii="Times New Roman" w:hAnsi="Times New Roman" w:cs="Times New Roman"/>
          <w:b/>
          <w:sz w:val="32"/>
          <w:szCs w:val="32"/>
        </w:rPr>
      </w:pPr>
      <w:r>
        <w:rPr>
          <w:rFonts w:ascii="Times New Roman" w:hAnsi="Times New Roman" w:cs="Times New Roman"/>
          <w:b/>
          <w:sz w:val="32"/>
          <w:szCs w:val="32"/>
        </w:rPr>
        <w:t>PRZEDMIOTOWY ZASADY</w:t>
      </w:r>
      <w:r w:rsidR="003331D5">
        <w:rPr>
          <w:rFonts w:ascii="Times New Roman" w:hAnsi="Times New Roman" w:cs="Times New Roman"/>
          <w:b/>
          <w:sz w:val="32"/>
          <w:szCs w:val="32"/>
        </w:rPr>
        <w:t xml:space="preserve"> OCENIANIA </w:t>
      </w:r>
    </w:p>
    <w:p w:rsidR="0075122D" w:rsidRPr="0078080F" w:rsidRDefault="008771CA">
      <w:pPr>
        <w:jc w:val="center"/>
        <w:rPr>
          <w:rFonts w:ascii="Times New Roman" w:hAnsi="Times New Roman" w:cs="Times New Roman"/>
          <w:b/>
          <w:sz w:val="32"/>
          <w:szCs w:val="32"/>
        </w:rPr>
      </w:pPr>
      <w:r w:rsidRPr="0078080F">
        <w:rPr>
          <w:rFonts w:ascii="Times New Roman" w:hAnsi="Times New Roman" w:cs="Times New Roman"/>
          <w:b/>
          <w:sz w:val="32"/>
          <w:szCs w:val="32"/>
        </w:rPr>
        <w:t>WYMAGANIA EDUKACYJNE NA POSZCZEGÓLNE OCENY</w:t>
      </w:r>
    </w:p>
    <w:p w:rsidR="0075122D" w:rsidRPr="0078080F" w:rsidRDefault="008771CA">
      <w:pPr>
        <w:jc w:val="center"/>
        <w:rPr>
          <w:rFonts w:ascii="Times New Roman" w:hAnsi="Times New Roman" w:cs="Times New Roman"/>
          <w:b/>
          <w:sz w:val="32"/>
          <w:szCs w:val="32"/>
        </w:rPr>
      </w:pPr>
      <w:r w:rsidRPr="0078080F">
        <w:rPr>
          <w:rFonts w:ascii="Times New Roman" w:hAnsi="Times New Roman" w:cs="Times New Roman"/>
          <w:b/>
          <w:sz w:val="32"/>
          <w:szCs w:val="32"/>
        </w:rPr>
        <w:t>EDUKACJA ZDROWOTNA • ROK SZKOLNY 2026/2027</w:t>
      </w:r>
    </w:p>
    <w:p w:rsidR="0075122D" w:rsidRPr="0078080F" w:rsidRDefault="008771CA">
      <w:pPr>
        <w:jc w:val="center"/>
        <w:rPr>
          <w:rFonts w:ascii="Times New Roman" w:hAnsi="Times New Roman" w:cs="Times New Roman"/>
          <w:sz w:val="24"/>
          <w:szCs w:val="24"/>
        </w:rPr>
      </w:pPr>
      <w:r w:rsidRPr="0078080F">
        <w:rPr>
          <w:rFonts w:ascii="Times New Roman" w:hAnsi="Times New Roman" w:cs="Times New Roman"/>
          <w:sz w:val="24"/>
          <w:szCs w:val="24"/>
        </w:rPr>
        <w:t>Kl</w:t>
      </w:r>
      <w:r w:rsidR="00D2713F" w:rsidRPr="0078080F">
        <w:rPr>
          <w:rFonts w:ascii="Times New Roman" w:hAnsi="Times New Roman" w:cs="Times New Roman"/>
          <w:sz w:val="24"/>
          <w:szCs w:val="24"/>
        </w:rPr>
        <w:t xml:space="preserve">asa II liceum </w:t>
      </w:r>
      <w:r w:rsidRPr="0078080F">
        <w:rPr>
          <w:rFonts w:ascii="Times New Roman" w:hAnsi="Times New Roman" w:cs="Times New Roman"/>
          <w:sz w:val="24"/>
          <w:szCs w:val="24"/>
        </w:rPr>
        <w:t xml:space="preserve"> • Klasa II technikum • Klasa III technikum</w:t>
      </w:r>
    </w:p>
    <w:p w:rsidR="0075122D" w:rsidRPr="0078080F" w:rsidRDefault="008771CA">
      <w:pPr>
        <w:rPr>
          <w:rFonts w:ascii="Times New Roman" w:hAnsi="Times New Roman" w:cs="Times New Roman"/>
          <w:sz w:val="24"/>
          <w:szCs w:val="24"/>
        </w:rPr>
      </w:pPr>
      <w:proofErr w:type="spellStart"/>
      <w:r w:rsidRPr="0078080F">
        <w:rPr>
          <w:rFonts w:ascii="Times New Roman" w:hAnsi="Times New Roman" w:cs="Times New Roman"/>
          <w:sz w:val="24"/>
          <w:szCs w:val="24"/>
        </w:rPr>
        <w:t>Szkoła</w:t>
      </w:r>
      <w:proofErr w:type="spellEnd"/>
      <w:r w:rsidRPr="0078080F">
        <w:rPr>
          <w:rFonts w:ascii="Times New Roman" w:hAnsi="Times New Roman" w:cs="Times New Roman"/>
          <w:sz w:val="24"/>
          <w:szCs w:val="24"/>
        </w:rPr>
        <w:t xml:space="preserve">: </w:t>
      </w:r>
      <w:r w:rsidR="00D2713F" w:rsidRPr="0078080F">
        <w:rPr>
          <w:rFonts w:ascii="Times New Roman" w:hAnsi="Times New Roman" w:cs="Times New Roman"/>
          <w:sz w:val="24"/>
          <w:szCs w:val="24"/>
        </w:rPr>
        <w:t>ZS</w:t>
      </w:r>
      <w:r w:rsidR="0078080F">
        <w:rPr>
          <w:rFonts w:ascii="Times New Roman" w:hAnsi="Times New Roman" w:cs="Times New Roman"/>
          <w:sz w:val="24"/>
          <w:szCs w:val="24"/>
        </w:rPr>
        <w:t xml:space="preserve"> w  </w:t>
      </w:r>
      <w:proofErr w:type="spellStart"/>
      <w:r w:rsidR="0078080F">
        <w:rPr>
          <w:rFonts w:ascii="Times New Roman" w:hAnsi="Times New Roman" w:cs="Times New Roman"/>
          <w:sz w:val="24"/>
          <w:szCs w:val="24"/>
        </w:rPr>
        <w:t>Trzcinicy</w:t>
      </w:r>
      <w:proofErr w:type="spellEnd"/>
      <w:r w:rsidR="00D2713F" w:rsidRPr="0078080F">
        <w:rPr>
          <w:rFonts w:ascii="Times New Roman" w:hAnsi="Times New Roman" w:cs="Times New Roman"/>
          <w:sz w:val="24"/>
          <w:szCs w:val="24"/>
        </w:rPr>
        <w:t xml:space="preserve"> </w:t>
      </w:r>
    </w:p>
    <w:p w:rsidR="0075122D" w:rsidRPr="0078080F" w:rsidRDefault="008771CA">
      <w:pPr>
        <w:rPr>
          <w:rFonts w:ascii="Times New Roman" w:hAnsi="Times New Roman" w:cs="Times New Roman"/>
          <w:sz w:val="24"/>
          <w:szCs w:val="24"/>
        </w:rPr>
      </w:pPr>
      <w:proofErr w:type="spellStart"/>
      <w:r w:rsidRPr="0078080F">
        <w:rPr>
          <w:rFonts w:ascii="Times New Roman" w:hAnsi="Times New Roman" w:cs="Times New Roman"/>
          <w:sz w:val="24"/>
          <w:szCs w:val="24"/>
        </w:rPr>
        <w:t>Nauczyciel</w:t>
      </w:r>
      <w:proofErr w:type="spellEnd"/>
      <w:r w:rsidRPr="0078080F">
        <w:rPr>
          <w:rFonts w:ascii="Times New Roman" w:hAnsi="Times New Roman" w:cs="Times New Roman"/>
          <w:sz w:val="24"/>
          <w:szCs w:val="24"/>
        </w:rPr>
        <w:t>:</w:t>
      </w:r>
      <w:r w:rsidR="00D2713F" w:rsidRPr="0078080F">
        <w:rPr>
          <w:rFonts w:ascii="Times New Roman" w:hAnsi="Times New Roman" w:cs="Times New Roman"/>
          <w:sz w:val="24"/>
          <w:szCs w:val="24"/>
        </w:rPr>
        <w:t xml:space="preserve"> </w:t>
      </w:r>
      <w:proofErr w:type="spellStart"/>
      <w:r w:rsidR="00D2713F" w:rsidRPr="0078080F">
        <w:rPr>
          <w:rFonts w:ascii="Times New Roman" w:hAnsi="Times New Roman" w:cs="Times New Roman"/>
          <w:sz w:val="24"/>
          <w:szCs w:val="24"/>
        </w:rPr>
        <w:t>Iwona</w:t>
      </w:r>
      <w:proofErr w:type="spellEnd"/>
      <w:r w:rsidR="00D2713F" w:rsidRPr="0078080F">
        <w:rPr>
          <w:rFonts w:ascii="Times New Roman" w:hAnsi="Times New Roman" w:cs="Times New Roman"/>
          <w:sz w:val="24"/>
          <w:szCs w:val="24"/>
        </w:rPr>
        <w:t xml:space="preserve"> </w:t>
      </w:r>
      <w:proofErr w:type="spellStart"/>
      <w:r w:rsidR="00D2713F" w:rsidRPr="0078080F">
        <w:rPr>
          <w:rFonts w:ascii="Times New Roman" w:hAnsi="Times New Roman" w:cs="Times New Roman"/>
          <w:sz w:val="24"/>
          <w:szCs w:val="24"/>
        </w:rPr>
        <w:t>Szczerba</w:t>
      </w:r>
      <w:proofErr w:type="spellEnd"/>
      <w:r w:rsidR="0078080F">
        <w:rPr>
          <w:rFonts w:ascii="Times New Roman" w:hAnsi="Times New Roman" w:cs="Times New Roman"/>
          <w:sz w:val="24"/>
          <w:szCs w:val="24"/>
        </w:rPr>
        <w:t xml:space="preserve">   Data: 25.09.2026r.</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I. Zasady ogólne oceniania</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Niniejsze wymagania określają przewidywany poziom wiadomości i umiejętności ucznia odpowiadający poszczególnym stopniom szkolnym z edukacji zdrowotnej. Szczegółowy zakres materiału wynika z podstawy programowej, programu nauczania przyjętego w szkole oraz rozkładu materiału dla danej klasy. Dokument należy stosować łącznie ze statutem szkoły i obowiązującymi wewnątrzszkolnymi zasadami oceniania.</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Ocenie podlegają: rozumienie zagadnień zdrowotnych, poprawność merytoryczna, wykorzystanie wiedzy w praktyce, analiza informacji i sytuacji problemowych, wnioskowanie, wykonywanie zadań oraz współpraca w zakresie niezbędnym do realizacji danego zadania. Uczeń może wykazywać się wiedzą w różnych formach, zgodnie z kryteriami podanymi przed wykonaniem pracy.</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Nie ocenia się stanu zdrowia, wyglądu, sprawności fizycznej, sytuacji rodzinnej, osobistych decyzji zdrowotnych ani poglądów ucznia. Nie wymaga się ujawniania prywatnych doświadczeń. Wrażliwe zagadnienia można omawiać na podstawie fikcyjnych przykładów lub materiałów edukacyjnych.</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II. Obszary osiągnięć edukacyjnych</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Wiedza</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zdrowotna</w:t>
      </w:r>
      <w:proofErr w:type="spellEnd"/>
      <w:r w:rsidRPr="0078080F">
        <w:rPr>
          <w:rFonts w:ascii="Times New Roman" w:hAnsi="Times New Roman" w:cs="Times New Roman"/>
          <w:b/>
          <w:sz w:val="24"/>
          <w:szCs w:val="24"/>
        </w:rPr>
        <w:t xml:space="preserve"> – </w:t>
      </w:r>
      <w:proofErr w:type="spellStart"/>
      <w:r w:rsidRPr="0078080F">
        <w:rPr>
          <w:rFonts w:ascii="Times New Roman" w:hAnsi="Times New Roman" w:cs="Times New Roman"/>
          <w:sz w:val="24"/>
          <w:szCs w:val="24"/>
        </w:rPr>
        <w:t>rozumienie</w:t>
      </w:r>
      <w:proofErr w:type="spellEnd"/>
      <w:r w:rsidRPr="0078080F">
        <w:rPr>
          <w:rFonts w:ascii="Times New Roman" w:hAnsi="Times New Roman" w:cs="Times New Roman"/>
          <w:sz w:val="24"/>
          <w:szCs w:val="24"/>
        </w:rPr>
        <w:t xml:space="preserve"> pojęć, czynników wpływających na zdrowie i zależności między zdrowiem fizycznym, psychicznym i społecznym.</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Profilaktyka</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i</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bezpieczeństwo</w:t>
      </w:r>
      <w:proofErr w:type="spellEnd"/>
      <w:r w:rsidRPr="0078080F">
        <w:rPr>
          <w:rFonts w:ascii="Times New Roman" w:hAnsi="Times New Roman" w:cs="Times New Roman"/>
          <w:b/>
          <w:sz w:val="24"/>
          <w:szCs w:val="24"/>
        </w:rPr>
        <w:t xml:space="preserve"> – </w:t>
      </w:r>
      <w:r w:rsidRPr="0078080F">
        <w:rPr>
          <w:rFonts w:ascii="Times New Roman" w:hAnsi="Times New Roman" w:cs="Times New Roman"/>
          <w:sz w:val="24"/>
          <w:szCs w:val="24"/>
        </w:rPr>
        <w:t>rozpoznawanie czynników ryzyka, znajomość zasad profilaktyki, higieny, bezpieczeństwa i szukania pomocy.</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Odżywianie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i</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aktywność</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fizyczna</w:t>
      </w:r>
      <w:proofErr w:type="spellEnd"/>
      <w:r w:rsidRPr="0078080F">
        <w:rPr>
          <w:rFonts w:ascii="Times New Roman" w:hAnsi="Times New Roman" w:cs="Times New Roman"/>
          <w:b/>
          <w:sz w:val="24"/>
          <w:szCs w:val="24"/>
        </w:rPr>
        <w:t xml:space="preserve"> – </w:t>
      </w:r>
      <w:r w:rsidRPr="0078080F">
        <w:rPr>
          <w:rFonts w:ascii="Times New Roman" w:hAnsi="Times New Roman" w:cs="Times New Roman"/>
          <w:sz w:val="24"/>
          <w:szCs w:val="24"/>
        </w:rPr>
        <w:t>analiza codziennych wyborów, rozumienie znaczenia odżywiania, ruchu, snu i regeneracji.</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Zdrowie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psychiczne</w:t>
      </w:r>
      <w:proofErr w:type="spellEnd"/>
      <w:r w:rsidRPr="0078080F">
        <w:rPr>
          <w:rFonts w:ascii="Times New Roman" w:hAnsi="Times New Roman" w:cs="Times New Roman"/>
          <w:b/>
          <w:sz w:val="24"/>
          <w:szCs w:val="24"/>
        </w:rPr>
        <w:t xml:space="preserve"> – </w:t>
      </w:r>
      <w:proofErr w:type="spellStart"/>
      <w:r w:rsidRPr="0078080F">
        <w:rPr>
          <w:rFonts w:ascii="Times New Roman" w:hAnsi="Times New Roman" w:cs="Times New Roman"/>
          <w:sz w:val="24"/>
          <w:szCs w:val="24"/>
        </w:rPr>
        <w:t>rozpoznawanie</w:t>
      </w:r>
      <w:proofErr w:type="spellEnd"/>
      <w:r w:rsidRPr="0078080F">
        <w:rPr>
          <w:rFonts w:ascii="Times New Roman" w:hAnsi="Times New Roman" w:cs="Times New Roman"/>
          <w:sz w:val="24"/>
          <w:szCs w:val="24"/>
        </w:rPr>
        <w:t xml:space="preserve"> sposobów radzenia sobie ze stresem, dbania o dobrostan i korzystania ze wsparcia.</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Relacje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i</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komunikacja</w:t>
      </w:r>
      <w:proofErr w:type="spellEnd"/>
      <w:r w:rsidRPr="0078080F">
        <w:rPr>
          <w:rFonts w:ascii="Times New Roman" w:hAnsi="Times New Roman" w:cs="Times New Roman"/>
          <w:b/>
          <w:sz w:val="24"/>
          <w:szCs w:val="24"/>
        </w:rPr>
        <w:t xml:space="preserve"> – </w:t>
      </w:r>
      <w:r w:rsidRPr="0078080F">
        <w:rPr>
          <w:rFonts w:ascii="Times New Roman" w:hAnsi="Times New Roman" w:cs="Times New Roman"/>
          <w:sz w:val="24"/>
          <w:szCs w:val="24"/>
        </w:rPr>
        <w:t>rozumienie granic, szacunku, odpowiedzialności, zgody, komunikacji i rozwiązywania konfliktów.</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Informacje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i</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kompetencje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praktyczne</w:t>
      </w:r>
      <w:proofErr w:type="spellEnd"/>
      <w:r w:rsidRPr="0078080F">
        <w:rPr>
          <w:rFonts w:ascii="Times New Roman" w:hAnsi="Times New Roman" w:cs="Times New Roman"/>
          <w:b/>
          <w:sz w:val="24"/>
          <w:szCs w:val="24"/>
        </w:rPr>
        <w:t xml:space="preserve"> – </w:t>
      </w:r>
      <w:r w:rsidRPr="0078080F">
        <w:rPr>
          <w:rFonts w:ascii="Times New Roman" w:hAnsi="Times New Roman" w:cs="Times New Roman"/>
          <w:sz w:val="24"/>
          <w:szCs w:val="24"/>
        </w:rPr>
        <w:t>ocena wiarygodności źródeł, interpretowanie materiałów, wyciąganie wniosków i planowanie działań prozdrowotnych.</w:t>
      </w:r>
    </w:p>
    <w:p w:rsidR="0075122D" w:rsidRPr="0078080F" w:rsidRDefault="008771CA" w:rsidP="0078080F">
      <w:pPr>
        <w:pStyle w:val="Listapunktowana"/>
        <w:numPr>
          <w:ilvl w:val="0"/>
          <w:numId w:val="14"/>
        </w:numPr>
        <w:rPr>
          <w:rFonts w:ascii="Times New Roman" w:hAnsi="Times New Roman" w:cs="Times New Roman"/>
          <w:sz w:val="24"/>
          <w:szCs w:val="24"/>
        </w:rPr>
      </w:pPr>
      <w:proofErr w:type="spellStart"/>
      <w:r w:rsidRPr="0078080F">
        <w:rPr>
          <w:rFonts w:ascii="Times New Roman" w:hAnsi="Times New Roman" w:cs="Times New Roman"/>
          <w:b/>
          <w:sz w:val="24"/>
          <w:szCs w:val="24"/>
        </w:rPr>
        <w:t>Zdrowie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cyfrowe</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i</w:t>
      </w:r>
      <w:proofErr w:type="spellEnd"/>
      <w:r w:rsidRPr="0078080F">
        <w:rPr>
          <w:rFonts w:ascii="Times New Roman" w:hAnsi="Times New Roman" w:cs="Times New Roman"/>
          <w:b/>
          <w:sz w:val="24"/>
          <w:szCs w:val="24"/>
        </w:rPr>
        <w:t xml:space="preserve"> </w:t>
      </w:r>
      <w:proofErr w:type="spellStart"/>
      <w:r w:rsidRPr="0078080F">
        <w:rPr>
          <w:rFonts w:ascii="Times New Roman" w:hAnsi="Times New Roman" w:cs="Times New Roman"/>
          <w:b/>
          <w:sz w:val="24"/>
          <w:szCs w:val="24"/>
        </w:rPr>
        <w:t>środowiskowe</w:t>
      </w:r>
      <w:proofErr w:type="spellEnd"/>
      <w:r w:rsidRPr="0078080F">
        <w:rPr>
          <w:rFonts w:ascii="Times New Roman" w:hAnsi="Times New Roman" w:cs="Times New Roman"/>
          <w:b/>
          <w:sz w:val="24"/>
          <w:szCs w:val="24"/>
        </w:rPr>
        <w:t xml:space="preserve"> – </w:t>
      </w:r>
      <w:r w:rsidRPr="0078080F">
        <w:rPr>
          <w:rFonts w:ascii="Times New Roman" w:hAnsi="Times New Roman" w:cs="Times New Roman"/>
          <w:sz w:val="24"/>
          <w:szCs w:val="24"/>
        </w:rPr>
        <w:t>rozumienie wpływu korzystania z technologii i otoczenia na zdrowie — zgodnie z realizowanym programem.</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lastRenderedPageBreak/>
        <w:t>III. Wymagania na poszczególne oceny</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celująca – 6</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wymagania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programowe</w:t>
      </w:r>
      <w:proofErr w:type="spellEnd"/>
      <w:r w:rsidRPr="0078080F">
        <w:rPr>
          <w:rFonts w:ascii="Times New Roman" w:hAnsi="Times New Roman" w:cs="Times New Roman"/>
          <w:sz w:val="24"/>
          <w:szCs w:val="24"/>
        </w:rPr>
        <w:t xml:space="preserve"> w stopniu bardzo wysokim i samodzielnie wykorzystuje wiedzę w nowych, złożonych sytuacjach.</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Łączy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wiadomości</w:t>
      </w:r>
      <w:proofErr w:type="spellEnd"/>
      <w:r w:rsidRPr="0078080F">
        <w:rPr>
          <w:rFonts w:ascii="Times New Roman" w:hAnsi="Times New Roman" w:cs="Times New Roman"/>
          <w:sz w:val="24"/>
          <w:szCs w:val="24"/>
        </w:rPr>
        <w:t xml:space="preserve"> z </w:t>
      </w:r>
      <w:proofErr w:type="spellStart"/>
      <w:r w:rsidRPr="0078080F">
        <w:rPr>
          <w:rFonts w:ascii="Times New Roman" w:hAnsi="Times New Roman" w:cs="Times New Roman"/>
          <w:sz w:val="24"/>
          <w:szCs w:val="24"/>
        </w:rPr>
        <w:t>różnych</w:t>
      </w:r>
      <w:proofErr w:type="spellEnd"/>
      <w:r w:rsidRPr="0078080F">
        <w:rPr>
          <w:rFonts w:ascii="Times New Roman" w:hAnsi="Times New Roman" w:cs="Times New Roman"/>
          <w:sz w:val="24"/>
          <w:szCs w:val="24"/>
        </w:rPr>
        <w:t xml:space="preserve"> obszarów zdrowia, trafnie analizuje problemy i formułuje uzasadnione wnioski.</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Krytycznie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ocenia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wiarygodność</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źródeł</w:t>
      </w:r>
      <w:proofErr w:type="spellEnd"/>
      <w:r w:rsidRPr="0078080F">
        <w:rPr>
          <w:rFonts w:ascii="Times New Roman" w:hAnsi="Times New Roman" w:cs="Times New Roman"/>
          <w:sz w:val="24"/>
          <w:szCs w:val="24"/>
        </w:rPr>
        <w:t xml:space="preserve"> informacji, odróżnia fakty od opinii i rozpoznaje uproszczenia lub dezinformację.</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Proponuje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przemyślane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realne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działania</w:t>
      </w:r>
      <w:proofErr w:type="spellEnd"/>
      <w:r w:rsidRPr="0078080F">
        <w:rPr>
          <w:rFonts w:ascii="Times New Roman" w:hAnsi="Times New Roman" w:cs="Times New Roman"/>
          <w:sz w:val="24"/>
          <w:szCs w:val="24"/>
        </w:rPr>
        <w:t xml:space="preserve"> profilaktyczne i potrafi uzasadnić ich skuteczność oraz bezpieczeństwo.</w:t>
      </w:r>
    </w:p>
    <w:p w:rsidR="0075122D" w:rsidRPr="0078080F" w:rsidRDefault="008771CA" w:rsidP="0078080F">
      <w:pPr>
        <w:pStyle w:val="Listapunktowana"/>
        <w:numPr>
          <w:ilvl w:val="0"/>
          <w:numId w:val="12"/>
        </w:numPr>
        <w:rPr>
          <w:rFonts w:ascii="Times New Roman" w:hAnsi="Times New Roman" w:cs="Times New Roman"/>
          <w:sz w:val="24"/>
          <w:szCs w:val="24"/>
        </w:rPr>
      </w:pPr>
      <w:r w:rsidRPr="0078080F">
        <w:rPr>
          <w:rFonts w:ascii="Times New Roman" w:hAnsi="Times New Roman" w:cs="Times New Roman"/>
          <w:sz w:val="24"/>
          <w:szCs w:val="24"/>
        </w:rPr>
        <w:t xml:space="preserve">W </w:t>
      </w:r>
      <w:proofErr w:type="spellStart"/>
      <w:r w:rsidRPr="0078080F">
        <w:rPr>
          <w:rFonts w:ascii="Times New Roman" w:hAnsi="Times New Roman" w:cs="Times New Roman"/>
          <w:sz w:val="24"/>
          <w:szCs w:val="24"/>
        </w:rPr>
        <w:t>projektach</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lub</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zadaniach</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problemowych</w:t>
      </w:r>
      <w:proofErr w:type="spellEnd"/>
      <w:r w:rsidRPr="0078080F">
        <w:rPr>
          <w:rFonts w:ascii="Times New Roman" w:hAnsi="Times New Roman" w:cs="Times New Roman"/>
          <w:sz w:val="24"/>
          <w:szCs w:val="24"/>
        </w:rPr>
        <w:t xml:space="preserve"> wykazuje się samodzielnością, kreatywnością i szczególną starannością; prezentuje umiejętności wykraczające poza podstawowe wymagania programu.</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bardzo dobra – 5</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pełny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zakres</w:t>
      </w:r>
      <w:proofErr w:type="spellEnd"/>
      <w:r w:rsidRPr="0078080F">
        <w:rPr>
          <w:rFonts w:ascii="Times New Roman" w:hAnsi="Times New Roman" w:cs="Times New Roman"/>
          <w:sz w:val="24"/>
          <w:szCs w:val="24"/>
        </w:rPr>
        <w:t xml:space="preserve"> wymagań przewidzianych programem dla danej klasy.</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Poprawnie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wyjaśnia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najważniejsze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pojęcia</w:t>
      </w:r>
      <w:proofErr w:type="spellEnd"/>
      <w:r w:rsidRPr="0078080F">
        <w:rPr>
          <w:rFonts w:ascii="Times New Roman" w:hAnsi="Times New Roman" w:cs="Times New Roman"/>
          <w:sz w:val="24"/>
          <w:szCs w:val="24"/>
        </w:rPr>
        <w:t xml:space="preserve"> i zależności oraz samodzielnie stosuje wiedzę w typowych i bardziej złożonych sytuacjach.</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Analizuje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przykłady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interpretuje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materiały</w:t>
      </w:r>
      <w:proofErr w:type="spellEnd"/>
      <w:r w:rsidRPr="0078080F">
        <w:rPr>
          <w:rFonts w:ascii="Times New Roman" w:hAnsi="Times New Roman" w:cs="Times New Roman"/>
          <w:sz w:val="24"/>
          <w:szCs w:val="24"/>
        </w:rPr>
        <w:t xml:space="preserve"> edukacyjne, rozpoznaje wiarygodne źródła i uzasadnia swoje odpowiedzi.</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Formułuje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logiczne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wnioski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oraz</w:t>
      </w:r>
      <w:proofErr w:type="spellEnd"/>
      <w:r w:rsidRPr="0078080F">
        <w:rPr>
          <w:rFonts w:ascii="Times New Roman" w:hAnsi="Times New Roman" w:cs="Times New Roman"/>
          <w:sz w:val="24"/>
          <w:szCs w:val="24"/>
        </w:rPr>
        <w:t xml:space="preserve"> wskazuje adekwatne sposoby profilaktyki i dbania o zdrowie.</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Wykonuje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rzetelnie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terminowo, a w pracy projektowej potrafi zaplanować działania, uzasadnić wybory i ocenić rezultat.</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dobra – 4</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większość</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wymagań</w:t>
      </w:r>
      <w:proofErr w:type="spellEnd"/>
      <w:r w:rsidRPr="0078080F">
        <w:rPr>
          <w:rFonts w:ascii="Times New Roman" w:hAnsi="Times New Roman" w:cs="Times New Roman"/>
          <w:sz w:val="24"/>
          <w:szCs w:val="24"/>
        </w:rPr>
        <w:t xml:space="preserve"> programowych i zna najważniejsze pojęcia, zasady oraz zalecenia dotyczące omawianych zagadnień.</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Wyjaśnia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podstawowe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zależności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między</w:t>
      </w:r>
      <w:proofErr w:type="spellEnd"/>
      <w:r w:rsidRPr="0078080F">
        <w:rPr>
          <w:rFonts w:ascii="Times New Roman" w:hAnsi="Times New Roman" w:cs="Times New Roman"/>
          <w:sz w:val="24"/>
          <w:szCs w:val="24"/>
        </w:rPr>
        <w:t xml:space="preserve"> zachowaniami a zdrowiem i zazwyczaj poprawnie wykorzystuje wiedzę w praktyce.</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Rozwiązuje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typowe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analizuje</w:t>
      </w:r>
      <w:proofErr w:type="spellEnd"/>
      <w:r w:rsidRPr="0078080F">
        <w:rPr>
          <w:rFonts w:ascii="Times New Roman" w:hAnsi="Times New Roman" w:cs="Times New Roman"/>
          <w:sz w:val="24"/>
          <w:szCs w:val="24"/>
        </w:rPr>
        <w:t xml:space="preserve"> proste sytuacje i formułuje wnioski, niekiedy korzystając ze wskazówki nauczyciela.</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Potrafi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wskazać</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wiarygodne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źródła</w:t>
      </w:r>
      <w:proofErr w:type="spellEnd"/>
      <w:r w:rsidRPr="0078080F">
        <w:rPr>
          <w:rFonts w:ascii="Times New Roman" w:hAnsi="Times New Roman" w:cs="Times New Roman"/>
          <w:sz w:val="24"/>
          <w:szCs w:val="24"/>
        </w:rPr>
        <w:t xml:space="preserve"> informacji i podstawowe sposoby zapobiegania zagrożeniom zdrowotnym.</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Wykonuje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powierzone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poprawnie</w:t>
      </w:r>
      <w:proofErr w:type="spellEnd"/>
      <w:r w:rsidRPr="0078080F">
        <w:rPr>
          <w:rFonts w:ascii="Times New Roman" w:hAnsi="Times New Roman" w:cs="Times New Roman"/>
          <w:sz w:val="24"/>
          <w:szCs w:val="24"/>
        </w:rPr>
        <w:t>; ewentualne braki nie uniemożliwiają mu zastosowania najważniejszych wiadomości.</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dostateczna – 3</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podstawowy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zakres</w:t>
      </w:r>
      <w:proofErr w:type="spellEnd"/>
      <w:r w:rsidRPr="0078080F">
        <w:rPr>
          <w:rFonts w:ascii="Times New Roman" w:hAnsi="Times New Roman" w:cs="Times New Roman"/>
          <w:sz w:val="24"/>
          <w:szCs w:val="24"/>
        </w:rPr>
        <w:t xml:space="preserve"> wiadomości i umiejętności wymaganych w danej klasie.</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Rozpoznaje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podstawowe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pojęcia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podaje przykłady zachowań sprzyjających zdrowiu oraz bezpieczeństwu.</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Wykonuje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typowe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według</w:t>
      </w:r>
      <w:proofErr w:type="spellEnd"/>
      <w:r w:rsidRPr="0078080F">
        <w:rPr>
          <w:rFonts w:ascii="Times New Roman" w:hAnsi="Times New Roman" w:cs="Times New Roman"/>
          <w:sz w:val="24"/>
          <w:szCs w:val="24"/>
        </w:rPr>
        <w:t xml:space="preserve"> poznanego schematu lub przy częściowym wsparciu nauczyciela.</w:t>
      </w:r>
    </w:p>
    <w:p w:rsidR="0075122D" w:rsidRPr="0078080F" w:rsidRDefault="008771CA" w:rsidP="0078080F">
      <w:pPr>
        <w:pStyle w:val="Listapunktowana"/>
        <w:numPr>
          <w:ilvl w:val="0"/>
          <w:numId w:val="12"/>
        </w:numPr>
        <w:rPr>
          <w:rFonts w:ascii="Times New Roman" w:hAnsi="Times New Roman" w:cs="Times New Roman"/>
          <w:sz w:val="24"/>
          <w:szCs w:val="24"/>
        </w:rPr>
      </w:pPr>
      <w:r w:rsidRPr="0078080F">
        <w:rPr>
          <w:rFonts w:ascii="Times New Roman" w:hAnsi="Times New Roman" w:cs="Times New Roman"/>
          <w:sz w:val="24"/>
          <w:szCs w:val="24"/>
        </w:rPr>
        <w:t xml:space="preserve">W </w:t>
      </w:r>
      <w:proofErr w:type="spellStart"/>
      <w:r w:rsidRPr="0078080F">
        <w:rPr>
          <w:rFonts w:ascii="Times New Roman" w:hAnsi="Times New Roman" w:cs="Times New Roman"/>
          <w:sz w:val="24"/>
          <w:szCs w:val="24"/>
        </w:rPr>
        <w:t>prostych</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sytuacjach</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potrafi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wskazać</w:t>
      </w:r>
      <w:proofErr w:type="spellEnd"/>
      <w:r w:rsidRPr="0078080F">
        <w:rPr>
          <w:rFonts w:ascii="Times New Roman" w:hAnsi="Times New Roman" w:cs="Times New Roman"/>
          <w:sz w:val="24"/>
          <w:szCs w:val="24"/>
        </w:rPr>
        <w:t xml:space="preserve"> możliwe zagrożenie, podstawowy sposób profilaktyki lub miejsce, w którym można uzyskać pomoc.</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lastRenderedPageBreak/>
        <w:t>Jego</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odpowiedzi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mogą</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być</w:t>
      </w:r>
      <w:proofErr w:type="spellEnd"/>
      <w:r w:rsidRPr="0078080F">
        <w:rPr>
          <w:rFonts w:ascii="Times New Roman" w:hAnsi="Times New Roman" w:cs="Times New Roman"/>
          <w:sz w:val="24"/>
          <w:szCs w:val="24"/>
        </w:rPr>
        <w:t xml:space="preserve"> niepełne, a wnioskowanie wymaga czasem naprowadzenia.</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dopuszczająca – 2</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niezbędne</w:t>
      </w:r>
      <w:proofErr w:type="spellEnd"/>
      <w:r w:rsidRPr="0078080F">
        <w:rPr>
          <w:rFonts w:ascii="Times New Roman" w:hAnsi="Times New Roman" w:cs="Times New Roman"/>
          <w:sz w:val="24"/>
          <w:szCs w:val="24"/>
        </w:rPr>
        <w:t xml:space="preserve"> minimum wiadomości i umiejętności pozwalające na dalsze uczenie się przedmiotu.</w:t>
      </w:r>
    </w:p>
    <w:p w:rsidR="0075122D" w:rsidRPr="0078080F" w:rsidRDefault="008771CA" w:rsidP="0078080F">
      <w:pPr>
        <w:pStyle w:val="Listapunktowana"/>
        <w:numPr>
          <w:ilvl w:val="0"/>
          <w:numId w:val="12"/>
        </w:numPr>
        <w:rPr>
          <w:rFonts w:ascii="Times New Roman" w:hAnsi="Times New Roman" w:cs="Times New Roman"/>
          <w:sz w:val="24"/>
          <w:szCs w:val="24"/>
        </w:rPr>
      </w:pPr>
      <w:r w:rsidRPr="0078080F">
        <w:rPr>
          <w:rFonts w:ascii="Times New Roman" w:hAnsi="Times New Roman" w:cs="Times New Roman"/>
          <w:sz w:val="24"/>
          <w:szCs w:val="24"/>
        </w:rPr>
        <w:t xml:space="preserve">Z </w:t>
      </w:r>
      <w:proofErr w:type="spellStart"/>
      <w:r w:rsidRPr="0078080F">
        <w:rPr>
          <w:rFonts w:ascii="Times New Roman" w:hAnsi="Times New Roman" w:cs="Times New Roman"/>
          <w:sz w:val="24"/>
          <w:szCs w:val="24"/>
        </w:rPr>
        <w:t>pomocą</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nauczyciela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rozpoznaje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wybrane</w:t>
      </w:r>
      <w:proofErr w:type="spellEnd"/>
      <w:r w:rsidRPr="0078080F">
        <w:rPr>
          <w:rFonts w:ascii="Times New Roman" w:hAnsi="Times New Roman" w:cs="Times New Roman"/>
          <w:sz w:val="24"/>
          <w:szCs w:val="24"/>
        </w:rPr>
        <w:t xml:space="preserve"> podstawowe pojęcia, zasady higieny, bezpieczeństwa i profilaktyki.</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Wykonuje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proste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zadania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na</w:t>
      </w:r>
      <w:proofErr w:type="spellEnd"/>
      <w:r w:rsidRPr="0078080F">
        <w:rPr>
          <w:rFonts w:ascii="Times New Roman" w:hAnsi="Times New Roman" w:cs="Times New Roman"/>
          <w:sz w:val="24"/>
          <w:szCs w:val="24"/>
        </w:rPr>
        <w:t xml:space="preserve"> podstawie instrukcji, przykładu lub podpowiedzi.</w:t>
      </w:r>
    </w:p>
    <w:p w:rsidR="0075122D" w:rsidRPr="0078080F" w:rsidRDefault="008771CA" w:rsidP="0078080F">
      <w:pPr>
        <w:pStyle w:val="Listapunktowana"/>
        <w:numPr>
          <w:ilvl w:val="0"/>
          <w:numId w:val="12"/>
        </w:numPr>
        <w:rPr>
          <w:rFonts w:ascii="Times New Roman" w:hAnsi="Times New Roman" w:cs="Times New Roman"/>
          <w:sz w:val="24"/>
          <w:szCs w:val="24"/>
        </w:rPr>
      </w:pPr>
      <w:proofErr w:type="spellStart"/>
      <w:r w:rsidRPr="0078080F">
        <w:rPr>
          <w:rFonts w:ascii="Times New Roman" w:hAnsi="Times New Roman" w:cs="Times New Roman"/>
          <w:sz w:val="24"/>
          <w:szCs w:val="24"/>
        </w:rPr>
        <w:t>Potrafi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wskazać</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przynajmniej</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niektóre</w:t>
      </w:r>
      <w:proofErr w:type="spellEnd"/>
      <w:r w:rsidRPr="0078080F">
        <w:rPr>
          <w:rFonts w:ascii="Times New Roman" w:hAnsi="Times New Roman" w:cs="Times New Roman"/>
          <w:sz w:val="24"/>
          <w:szCs w:val="24"/>
        </w:rPr>
        <w:t xml:space="preserve"> podstawowe działania służące ochronie zdrowia albo szukaniu pomocy.</w:t>
      </w:r>
    </w:p>
    <w:p w:rsidR="0075122D" w:rsidRPr="0078080F" w:rsidRDefault="008771CA" w:rsidP="0078080F">
      <w:pPr>
        <w:pStyle w:val="Listapunktowana"/>
        <w:numPr>
          <w:ilvl w:val="0"/>
          <w:numId w:val="12"/>
        </w:numPr>
        <w:rPr>
          <w:rFonts w:ascii="Times New Roman" w:hAnsi="Times New Roman" w:cs="Times New Roman"/>
          <w:sz w:val="24"/>
          <w:szCs w:val="24"/>
        </w:rPr>
      </w:pPr>
      <w:r w:rsidRPr="0078080F">
        <w:rPr>
          <w:rFonts w:ascii="Times New Roman" w:hAnsi="Times New Roman" w:cs="Times New Roman"/>
          <w:sz w:val="24"/>
          <w:szCs w:val="24"/>
        </w:rPr>
        <w:t>Wymaga wsparcia w wyjaśnianiu zależności i samodzielnym zastosowaniu wiedzy; podejmuje jednak próby uzupełniania braków.</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Ocena niedostateczna – 1</w:t>
      </w:r>
    </w:p>
    <w:p w:rsidR="0075122D" w:rsidRPr="0078080F" w:rsidRDefault="008771CA" w:rsidP="0078080F">
      <w:pPr>
        <w:pStyle w:val="Listapunktowana"/>
        <w:numPr>
          <w:ilvl w:val="0"/>
          <w:numId w:val="11"/>
        </w:numPr>
        <w:rPr>
          <w:rFonts w:ascii="Times New Roman" w:hAnsi="Times New Roman" w:cs="Times New Roman"/>
          <w:sz w:val="24"/>
          <w:szCs w:val="24"/>
        </w:rPr>
      </w:pPr>
      <w:proofErr w:type="spellStart"/>
      <w:r w:rsidRPr="0078080F">
        <w:rPr>
          <w:rFonts w:ascii="Times New Roman" w:hAnsi="Times New Roman" w:cs="Times New Roman"/>
          <w:sz w:val="24"/>
          <w:szCs w:val="24"/>
        </w:rPr>
        <w:t>Uczeń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opanował</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wiadomości</w:t>
      </w:r>
      <w:proofErr w:type="spellEnd"/>
      <w:r w:rsidRPr="0078080F">
        <w:rPr>
          <w:rFonts w:ascii="Times New Roman" w:hAnsi="Times New Roman" w:cs="Times New Roman"/>
          <w:sz w:val="24"/>
          <w:szCs w:val="24"/>
        </w:rPr>
        <w:t xml:space="preserve"> i umiejętności uznanych w programie za niezbędne na danym etapie, nawet po zapewnieniu wyjaśnień i możliwości uzupełnienia braków.</w:t>
      </w:r>
    </w:p>
    <w:p w:rsidR="0075122D" w:rsidRPr="0078080F" w:rsidRDefault="008771CA" w:rsidP="0078080F">
      <w:pPr>
        <w:pStyle w:val="Listapunktowana"/>
        <w:numPr>
          <w:ilvl w:val="0"/>
          <w:numId w:val="11"/>
        </w:numPr>
        <w:rPr>
          <w:rFonts w:ascii="Times New Roman" w:hAnsi="Times New Roman" w:cs="Times New Roman"/>
          <w:sz w:val="24"/>
          <w:szCs w:val="24"/>
        </w:rPr>
      </w:pPr>
      <w:proofErr w:type="spellStart"/>
      <w:r w:rsidRPr="0078080F">
        <w:rPr>
          <w:rFonts w:ascii="Times New Roman" w:hAnsi="Times New Roman" w:cs="Times New Roman"/>
          <w:sz w:val="24"/>
          <w:szCs w:val="24"/>
        </w:rPr>
        <w:t>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potrafi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rozpoznać</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podstawowych</w:t>
      </w:r>
      <w:proofErr w:type="spellEnd"/>
      <w:r w:rsidRPr="0078080F">
        <w:rPr>
          <w:rFonts w:ascii="Times New Roman" w:hAnsi="Times New Roman" w:cs="Times New Roman"/>
          <w:sz w:val="24"/>
          <w:szCs w:val="24"/>
        </w:rPr>
        <w:t xml:space="preserve"> pojęć ani wykonać najprostszych zadań odnoszących się do omawianych treści.</w:t>
      </w:r>
    </w:p>
    <w:p w:rsidR="0075122D" w:rsidRPr="0078080F" w:rsidRDefault="008771CA" w:rsidP="0078080F">
      <w:pPr>
        <w:pStyle w:val="Listapunktowana"/>
        <w:numPr>
          <w:ilvl w:val="0"/>
          <w:numId w:val="11"/>
        </w:numPr>
        <w:rPr>
          <w:rFonts w:ascii="Times New Roman" w:hAnsi="Times New Roman" w:cs="Times New Roman"/>
          <w:sz w:val="24"/>
          <w:szCs w:val="24"/>
        </w:rPr>
      </w:pPr>
      <w:proofErr w:type="spellStart"/>
      <w:r w:rsidRPr="0078080F">
        <w:rPr>
          <w:rFonts w:ascii="Times New Roman" w:hAnsi="Times New Roman" w:cs="Times New Roman"/>
          <w:sz w:val="24"/>
          <w:szCs w:val="24"/>
        </w:rPr>
        <w:t>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wykazuje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minimalnego</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poziomu</w:t>
      </w:r>
      <w:proofErr w:type="spellEnd"/>
      <w:r w:rsidRPr="0078080F">
        <w:rPr>
          <w:rFonts w:ascii="Times New Roman" w:hAnsi="Times New Roman" w:cs="Times New Roman"/>
          <w:sz w:val="24"/>
          <w:szCs w:val="24"/>
        </w:rPr>
        <w:t xml:space="preserve"> rozumienia podstawowych zasad zdrowia i bezpieczeństwa w zadaniach sprawdzających, mimo udzielonego wsparcia.</w:t>
      </w:r>
    </w:p>
    <w:p w:rsidR="0075122D" w:rsidRPr="0078080F" w:rsidRDefault="008771CA" w:rsidP="0078080F">
      <w:pPr>
        <w:pStyle w:val="Listapunktowana"/>
        <w:numPr>
          <w:ilvl w:val="0"/>
          <w:numId w:val="11"/>
        </w:numPr>
        <w:rPr>
          <w:rFonts w:ascii="Times New Roman" w:hAnsi="Times New Roman" w:cs="Times New Roman"/>
          <w:sz w:val="24"/>
          <w:szCs w:val="24"/>
        </w:rPr>
      </w:pPr>
      <w:proofErr w:type="spellStart"/>
      <w:r w:rsidRPr="0078080F">
        <w:rPr>
          <w:rFonts w:ascii="Times New Roman" w:hAnsi="Times New Roman" w:cs="Times New Roman"/>
          <w:sz w:val="24"/>
          <w:szCs w:val="24"/>
        </w:rPr>
        <w:t>Stopień</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wynika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wyłącznie</w:t>
      </w:r>
      <w:proofErr w:type="spellEnd"/>
      <w:r w:rsidRPr="0078080F">
        <w:rPr>
          <w:rFonts w:ascii="Times New Roman" w:hAnsi="Times New Roman" w:cs="Times New Roman"/>
          <w:sz w:val="24"/>
          <w:szCs w:val="24"/>
        </w:rPr>
        <w:t xml:space="preserve"> z poziomu osiągnięć edukacyjnych ustalonego zgodnie z zasadami obowiązującymi w szkole, a nie z cech osobistych ucznia, jego stanu zdrowia czy nieujawniania prywatnych informacji.</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IV. Przykładowe formy sprawdzania osiągnięć</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karty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pracy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krótkie</w:t>
      </w:r>
      <w:proofErr w:type="spellEnd"/>
      <w:r w:rsidRPr="0078080F">
        <w:rPr>
          <w:rFonts w:ascii="Times New Roman" w:hAnsi="Times New Roman" w:cs="Times New Roman"/>
          <w:sz w:val="24"/>
          <w:szCs w:val="24"/>
        </w:rPr>
        <w:t xml:space="preserve"> zadania problemowe;</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quizy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krótkie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sprawdziany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pytania podsumowujące;</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analiza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przypadku</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materiału</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edukacyjnego</w:t>
      </w:r>
      <w:proofErr w:type="spellEnd"/>
      <w:r w:rsidRPr="0078080F">
        <w:rPr>
          <w:rFonts w:ascii="Times New Roman" w:hAnsi="Times New Roman" w:cs="Times New Roman"/>
          <w:sz w:val="24"/>
          <w:szCs w:val="24"/>
        </w:rPr>
        <w:t xml:space="preserve"> lub informacji z różnych źródeł;</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projekt</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plakat</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infografika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prezentacja</w:t>
      </w:r>
      <w:proofErr w:type="spellEnd"/>
      <w:r w:rsidRPr="0078080F">
        <w:rPr>
          <w:rFonts w:ascii="Times New Roman" w:hAnsi="Times New Roman" w:cs="Times New Roman"/>
          <w:sz w:val="24"/>
          <w:szCs w:val="24"/>
        </w:rPr>
        <w:t xml:space="preserve"> lub plan działania prozdrowotnego;</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praca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indywidualna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zespołowa</w:t>
      </w:r>
      <w:proofErr w:type="spellEnd"/>
      <w:r w:rsidRPr="0078080F">
        <w:rPr>
          <w:rFonts w:ascii="Times New Roman" w:hAnsi="Times New Roman" w:cs="Times New Roman"/>
          <w:sz w:val="24"/>
          <w:szCs w:val="24"/>
        </w:rPr>
        <w:t>, ćwiczenia praktyczne i zadania z instrukcją;</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ustne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lub</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pisemne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wyjaśnienie</w:t>
      </w:r>
      <w:proofErr w:type="spellEnd"/>
      <w:r w:rsidR="008771CA" w:rsidRPr="0078080F">
        <w:rPr>
          <w:rFonts w:ascii="Times New Roman" w:hAnsi="Times New Roman" w:cs="Times New Roman"/>
          <w:sz w:val="24"/>
          <w:szCs w:val="24"/>
        </w:rPr>
        <w:t xml:space="preserve"> wniosków — z uwzględnieniem dostosowań wynikających z potrzeb ucznia.</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V. Warunki uzyskiwania ocen i poprawy</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Uczniowie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zostają</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zapoznani</w:t>
      </w:r>
      <w:proofErr w:type="spellEnd"/>
      <w:r w:rsidR="008771CA" w:rsidRPr="0078080F">
        <w:rPr>
          <w:rFonts w:ascii="Times New Roman" w:hAnsi="Times New Roman" w:cs="Times New Roman"/>
          <w:sz w:val="24"/>
          <w:szCs w:val="24"/>
        </w:rPr>
        <w:t xml:space="preserve"> z wymaganiami i kryteriami oceniania przed wykonaniem zadań.</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Prace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ocenia</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się</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według</w:t>
      </w:r>
      <w:proofErr w:type="spellEnd"/>
      <w:r w:rsidR="008771CA" w:rsidRPr="0078080F">
        <w:rPr>
          <w:rFonts w:ascii="Times New Roman" w:hAnsi="Times New Roman" w:cs="Times New Roman"/>
          <w:sz w:val="24"/>
          <w:szCs w:val="24"/>
        </w:rPr>
        <w:t xml:space="preserve"> wcześniej określonych kryteriów; informacja zwrotna wskazuje, co zostało wykonane poprawnie i co wymaga uzupełnienia.</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Terminy</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tryb</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poprawy</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ocen</w:t>
      </w:r>
      <w:proofErr w:type="spellEnd"/>
      <w:r w:rsidR="008771CA" w:rsidRPr="0078080F">
        <w:rPr>
          <w:rFonts w:ascii="Times New Roman" w:hAnsi="Times New Roman" w:cs="Times New Roman"/>
          <w:sz w:val="24"/>
          <w:szCs w:val="24"/>
        </w:rPr>
        <w:t>, uzupełniania zaległości i zgłaszania nieprzygotowania określają statut szkoły oraz przedmiotowe zasady oceniania.</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Wymagania</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dostosowuje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się</w:t>
      </w:r>
      <w:proofErr w:type="spellEnd"/>
      <w:r w:rsidR="008771CA" w:rsidRPr="0078080F">
        <w:rPr>
          <w:rFonts w:ascii="Times New Roman" w:hAnsi="Times New Roman" w:cs="Times New Roman"/>
          <w:sz w:val="24"/>
          <w:szCs w:val="24"/>
        </w:rPr>
        <w:t xml:space="preserve"> do indywidualnych potrzeb i możliwości ucznia zgodnie z obowiązującymi przepisami i dokumentacją szkolną.</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Aktywność</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może</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być</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uwzględniana</w:t>
      </w:r>
      <w:proofErr w:type="spellEnd"/>
      <w:r w:rsidR="008771CA" w:rsidRPr="0078080F">
        <w:rPr>
          <w:rFonts w:ascii="Times New Roman" w:hAnsi="Times New Roman" w:cs="Times New Roman"/>
          <w:sz w:val="24"/>
          <w:szCs w:val="24"/>
        </w:rPr>
        <w:t xml:space="preserve"> w ocenie osiągnięć, ale nie powinna oznaczać obowiązku publicznego wypowiadania się na tematy osobiste ani ujawniania prywatnych doświadczeń.</w:t>
      </w:r>
    </w:p>
    <w:p w:rsidR="0075122D" w:rsidRPr="0078080F" w:rsidRDefault="0078080F" w:rsidP="0078080F">
      <w:pPr>
        <w:pStyle w:val="Listapunktowana"/>
        <w:numPr>
          <w:ilvl w:val="0"/>
          <w:numId w:val="0"/>
        </w:numPr>
        <w:ind w:left="36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771CA" w:rsidRPr="0078080F">
        <w:rPr>
          <w:rFonts w:ascii="Times New Roman" w:hAnsi="Times New Roman" w:cs="Times New Roman"/>
          <w:sz w:val="24"/>
          <w:szCs w:val="24"/>
        </w:rPr>
        <w:t xml:space="preserve">W </w:t>
      </w:r>
      <w:proofErr w:type="spellStart"/>
      <w:r w:rsidR="008771CA" w:rsidRPr="0078080F">
        <w:rPr>
          <w:rFonts w:ascii="Times New Roman" w:hAnsi="Times New Roman" w:cs="Times New Roman"/>
          <w:sz w:val="24"/>
          <w:szCs w:val="24"/>
        </w:rPr>
        <w:t>pracy</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zespołowej</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ocenia</w:t>
      </w:r>
      <w:proofErr w:type="spellEnd"/>
      <w:r w:rsidR="008771CA" w:rsidRPr="0078080F">
        <w:rPr>
          <w:rFonts w:ascii="Times New Roman" w:hAnsi="Times New Roman" w:cs="Times New Roman"/>
          <w:sz w:val="24"/>
          <w:szCs w:val="24"/>
        </w:rPr>
        <w:t xml:space="preserve"> </w:t>
      </w:r>
      <w:proofErr w:type="spellStart"/>
      <w:r w:rsidR="008771CA" w:rsidRPr="0078080F">
        <w:rPr>
          <w:rFonts w:ascii="Times New Roman" w:hAnsi="Times New Roman" w:cs="Times New Roman"/>
          <w:sz w:val="24"/>
          <w:szCs w:val="24"/>
        </w:rPr>
        <w:t>się</w:t>
      </w:r>
      <w:proofErr w:type="spellEnd"/>
      <w:r w:rsidR="008771CA" w:rsidRPr="0078080F">
        <w:rPr>
          <w:rFonts w:ascii="Times New Roman" w:hAnsi="Times New Roman" w:cs="Times New Roman"/>
          <w:sz w:val="24"/>
          <w:szCs w:val="24"/>
        </w:rPr>
        <w:t xml:space="preserve"> wkład i wykonanie ustalonych zadań według jasnych kryteriów, a nie cechy osobowości ucznia czy jego towarzyskość.</w:t>
      </w:r>
    </w:p>
    <w:p w:rsidR="0075122D" w:rsidRPr="0078080F" w:rsidRDefault="008771CA" w:rsidP="0078080F">
      <w:pPr>
        <w:pStyle w:val="Listapunktowana"/>
        <w:numPr>
          <w:ilvl w:val="0"/>
          <w:numId w:val="10"/>
        </w:numPr>
        <w:rPr>
          <w:rFonts w:ascii="Times New Roman" w:hAnsi="Times New Roman" w:cs="Times New Roman"/>
          <w:sz w:val="24"/>
          <w:szCs w:val="24"/>
        </w:rPr>
      </w:pPr>
      <w:proofErr w:type="spellStart"/>
      <w:r w:rsidRPr="0078080F">
        <w:rPr>
          <w:rFonts w:ascii="Times New Roman" w:hAnsi="Times New Roman" w:cs="Times New Roman"/>
          <w:sz w:val="24"/>
          <w:szCs w:val="24"/>
        </w:rPr>
        <w:t>Nie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ocenia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się</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zgodności</w:t>
      </w:r>
      <w:proofErr w:type="spellEnd"/>
      <w:r w:rsidRPr="0078080F">
        <w:rPr>
          <w:rFonts w:ascii="Times New Roman" w:hAnsi="Times New Roman" w:cs="Times New Roman"/>
          <w:sz w:val="24"/>
          <w:szCs w:val="24"/>
        </w:rPr>
        <w:t xml:space="preserve"> osobistych przekonań ucznia z poglądami nauczyciela. Ocenie podlega merytoryczność, rozumienie treści i umiejętność uzasadnienia odpowiedzi.</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VI. Doprecyzowanie dla poszczególnych klas</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Klasa II liceum ogólnokształcącego</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Wymagania realizuje się w odniesieniu do treści przewidzianych w programie dla klasy II. Szczególny nacisk można położyć na rozumienie zagadnień, analizę materiałów, argumentowanie i samodzielne wnioskowanie.</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Klasa II technikum</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Wymagania realizuje się w odniesieniu do treści przewidzianych w programie dla klasy II. W zadaniach warto uwzględniać praktyczne zastosowanie wiedzy w codziennym życiu, nauce, relacjach i bezpieczeństwie.</w:t>
      </w:r>
    </w:p>
    <w:p w:rsidR="0075122D" w:rsidRPr="0078080F" w:rsidRDefault="008771CA">
      <w:pPr>
        <w:pStyle w:val="Nagwek2"/>
        <w:rPr>
          <w:rFonts w:ascii="Times New Roman" w:hAnsi="Times New Roman" w:cs="Times New Roman"/>
          <w:sz w:val="24"/>
          <w:szCs w:val="24"/>
        </w:rPr>
      </w:pPr>
      <w:r w:rsidRPr="0078080F">
        <w:rPr>
          <w:rFonts w:ascii="Times New Roman" w:hAnsi="Times New Roman" w:cs="Times New Roman"/>
          <w:sz w:val="24"/>
          <w:szCs w:val="24"/>
        </w:rPr>
        <w:t>Klasa III technikum</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Wymagania realizuje się w odniesieniu do treści przewidzianych w programie dla klasy III. Można zwiększyć udział zadań problemowych związanych z samodzielnym podejmowaniem decyzji, planowaniem działań profilaktycznych oraz funkcjonowaniem w życiu dorosłym i zawodowym.</w:t>
      </w:r>
    </w:p>
    <w:p w:rsidR="0075122D" w:rsidRPr="0078080F" w:rsidRDefault="008771CA">
      <w:pPr>
        <w:pStyle w:val="Nagwek1"/>
        <w:rPr>
          <w:rFonts w:ascii="Times New Roman" w:hAnsi="Times New Roman" w:cs="Times New Roman"/>
          <w:sz w:val="24"/>
          <w:szCs w:val="24"/>
        </w:rPr>
      </w:pPr>
      <w:r w:rsidRPr="0078080F">
        <w:rPr>
          <w:rFonts w:ascii="Times New Roman" w:hAnsi="Times New Roman" w:cs="Times New Roman"/>
          <w:sz w:val="24"/>
          <w:szCs w:val="24"/>
        </w:rPr>
        <w:t>VII. Informacja formalna</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Dokument stanowi propozycję wymagań edukacyjnych do dostosowania do programu nauczania przyjętego w szkole, rozkładu materiału dla poszczególnych klas, statutu szkoły oraz aktualnych przepisów. Przed zatwierdzeniem należy zweryfikować zgodność z dokumentacją obowiązującą w szkole.</w:t>
      </w:r>
    </w:p>
    <w:p w:rsidR="0075122D" w:rsidRPr="0078080F" w:rsidRDefault="008771CA">
      <w:pPr>
        <w:rPr>
          <w:rFonts w:ascii="Times New Roman" w:hAnsi="Times New Roman" w:cs="Times New Roman"/>
          <w:sz w:val="24"/>
          <w:szCs w:val="24"/>
        </w:rPr>
      </w:pPr>
      <w:r w:rsidRPr="0078080F">
        <w:rPr>
          <w:rFonts w:ascii="Times New Roman" w:hAnsi="Times New Roman" w:cs="Times New Roman"/>
          <w:sz w:val="24"/>
          <w:szCs w:val="24"/>
        </w:rPr>
        <w:t xml:space="preserve">Podstawa odniesienia: podstawa programowa edukacji zdrowotnej dla </w:t>
      </w:r>
      <w:proofErr w:type="spellStart"/>
      <w:r w:rsidRPr="0078080F">
        <w:rPr>
          <w:rFonts w:ascii="Times New Roman" w:hAnsi="Times New Roman" w:cs="Times New Roman"/>
          <w:sz w:val="24"/>
          <w:szCs w:val="24"/>
        </w:rPr>
        <w:t>szkoły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ponadpodstawowej</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oraz</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przepisy</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dotyczące</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oceniania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klasyfikowania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i</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promowania</w:t>
      </w:r>
      <w:proofErr w:type="spellEnd"/>
      <w:r w:rsidRPr="0078080F">
        <w:rPr>
          <w:rFonts w:ascii="Times New Roman" w:hAnsi="Times New Roman" w:cs="Times New Roman"/>
          <w:sz w:val="24"/>
          <w:szCs w:val="24"/>
        </w:rPr>
        <w:t xml:space="preserve"> </w:t>
      </w:r>
      <w:proofErr w:type="spellStart"/>
      <w:r w:rsidRPr="0078080F">
        <w:rPr>
          <w:rFonts w:ascii="Times New Roman" w:hAnsi="Times New Roman" w:cs="Times New Roman"/>
          <w:sz w:val="24"/>
          <w:szCs w:val="24"/>
        </w:rPr>
        <w:t>uczniów</w:t>
      </w:r>
      <w:proofErr w:type="spellEnd"/>
      <w:r w:rsidRPr="0078080F">
        <w:rPr>
          <w:rFonts w:ascii="Times New Roman" w:hAnsi="Times New Roman" w:cs="Times New Roman"/>
          <w:sz w:val="24"/>
          <w:szCs w:val="24"/>
        </w:rPr>
        <w:t>.</w:t>
      </w:r>
    </w:p>
    <w:p w:rsidR="00EC6E48" w:rsidRPr="0078080F" w:rsidRDefault="00EC6E48">
      <w:pPr>
        <w:rPr>
          <w:rFonts w:ascii="Times New Roman" w:hAnsi="Times New Roman" w:cs="Times New Roman"/>
          <w:sz w:val="24"/>
          <w:szCs w:val="24"/>
        </w:rPr>
      </w:pPr>
    </w:p>
    <w:p w:rsidR="00EC6E48" w:rsidRPr="0078080F" w:rsidRDefault="00EC6E48" w:rsidP="00EC6E48">
      <w:pPr>
        <w:jc w:val="right"/>
        <w:rPr>
          <w:rFonts w:ascii="Times New Roman" w:hAnsi="Times New Roman" w:cs="Times New Roman"/>
          <w:sz w:val="24"/>
          <w:szCs w:val="24"/>
        </w:rPr>
      </w:pPr>
    </w:p>
    <w:sectPr w:rsidR="00EC6E48" w:rsidRPr="0078080F" w:rsidSect="00034616">
      <w:pgSz w:w="12240" w:h="15840"/>
      <w:pgMar w:top="936" w:right="1008" w:bottom="936"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31C6386F"/>
    <w:multiLevelType w:val="hybridMultilevel"/>
    <w:tmpl w:val="BEA42500"/>
    <w:lvl w:ilvl="0" w:tplc="BDDC51DC">
      <w:start w:val="4"/>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5C393F6E"/>
    <w:multiLevelType w:val="hybridMultilevel"/>
    <w:tmpl w:val="1B62CD7E"/>
    <w:lvl w:ilvl="0" w:tplc="989C2E92">
      <w:start w:val="5"/>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638C45AC"/>
    <w:multiLevelType w:val="hybridMultilevel"/>
    <w:tmpl w:val="158857FE"/>
    <w:lvl w:ilvl="0" w:tplc="D6DC46B6">
      <w:start w:val="2"/>
      <w:numFmt w:val="bullet"/>
      <w:lvlText w:val="-"/>
      <w:lvlJc w:val="left"/>
      <w:pPr>
        <w:ind w:left="720" w:hanging="360"/>
      </w:pPr>
      <w:rPr>
        <w:rFonts w:ascii="Times New Roman" w:eastAsiaTheme="minorEastAsia" w:hAnsi="Times New Roman" w:cs="Times New Roman"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6D565A35"/>
    <w:multiLevelType w:val="hybridMultilevel"/>
    <w:tmpl w:val="9ABE0B1E"/>
    <w:lvl w:ilvl="0" w:tplc="08E6A572">
      <w:start w:val="2"/>
      <w:numFmt w:val="bullet"/>
      <w:lvlText w:val="-"/>
      <w:lvlJc w:val="left"/>
      <w:pPr>
        <w:ind w:left="720" w:hanging="360"/>
      </w:pPr>
      <w:rPr>
        <w:rFonts w:ascii="Times New Roman" w:eastAsiaTheme="minorEastAsia" w:hAnsi="Times New Roman" w:cs="Times New Roman"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7EEC0943"/>
    <w:multiLevelType w:val="hybridMultilevel"/>
    <w:tmpl w:val="4D24BC84"/>
    <w:lvl w:ilvl="0" w:tplc="94D64C36">
      <w:start w:val="5"/>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3"/>
  </w:num>
  <w:num w:numId="12">
    <w:abstractNumId w:val="10"/>
  </w:num>
  <w:num w:numId="13">
    <w:abstractNumId w:val="1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20"/>
  <w:hyphenationZone w:val="425"/>
  <w:characterSpacingControl w:val="doNotCompress"/>
  <w:compat>
    <w:useFELayout/>
  </w:compat>
  <w:rsids>
    <w:rsidRoot w:val="00B47730"/>
    <w:rsid w:val="00034616"/>
    <w:rsid w:val="0006063C"/>
    <w:rsid w:val="00084B41"/>
    <w:rsid w:val="0015074B"/>
    <w:rsid w:val="0029639D"/>
    <w:rsid w:val="00326F90"/>
    <w:rsid w:val="003331D5"/>
    <w:rsid w:val="0075122D"/>
    <w:rsid w:val="0078080F"/>
    <w:rsid w:val="008771CA"/>
    <w:rsid w:val="00891B97"/>
    <w:rsid w:val="00AA1D8D"/>
    <w:rsid w:val="00B47730"/>
    <w:rsid w:val="00CB0664"/>
    <w:rsid w:val="00D2713F"/>
    <w:rsid w:val="00EC6E48"/>
    <w:rsid w:val="00FA4140"/>
    <w:rsid w:val="00FC693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rial" w:hAnsi="Arial"/>
      <w:sz w:val="19"/>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FF8CB-088D-4C28-B570-9AC4F16C9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1233</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seweryn stanieczko</cp:lastModifiedBy>
  <cp:revision>4</cp:revision>
  <cp:lastPrinted>2026-10-19T17:50:00Z</cp:lastPrinted>
  <dcterms:created xsi:type="dcterms:W3CDTF">2026-10-19T17:51:00Z</dcterms:created>
  <dcterms:modified xsi:type="dcterms:W3CDTF">2026-10-20T17:00:00Z</dcterms:modified>
</cp:coreProperties>
</file>